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8CA5D" w14:textId="7DAF5858" w:rsidR="001A0470" w:rsidRDefault="00D825BF">
      <w:pPr>
        <w:jc w:val="center"/>
      </w:pPr>
      <w:r>
        <w:rPr>
          <w:b/>
          <w:sz w:val="26"/>
        </w:rPr>
        <w:t>FUNNELL</w:t>
      </w:r>
      <w:r w:rsidR="009A27D0">
        <w:rPr>
          <w:b/>
          <w:sz w:val="26"/>
        </w:rPr>
        <w:t xml:space="preserve"> &amp; STREBEL</w:t>
      </w:r>
      <w:r>
        <w:rPr>
          <w:b/>
          <w:sz w:val="26"/>
        </w:rPr>
        <w:t xml:space="preserve"> INC.</w:t>
      </w:r>
    </w:p>
    <w:p w14:paraId="41281B97" w14:textId="77777777" w:rsidR="001A0470" w:rsidRDefault="00D825BF">
      <w:pPr>
        <w:spacing w:after="0"/>
        <w:jc w:val="center"/>
      </w:pPr>
      <w:r>
        <w:rPr>
          <w:sz w:val="17"/>
        </w:rPr>
        <w:t>Gary F. Strebel, M.D.</w:t>
      </w:r>
    </w:p>
    <w:p w14:paraId="3AB74679" w14:textId="77777777" w:rsidR="001A0470" w:rsidRDefault="00D825BF">
      <w:pPr>
        <w:spacing w:after="0"/>
        <w:jc w:val="center"/>
      </w:pPr>
      <w:r>
        <w:rPr>
          <w:sz w:val="17"/>
        </w:rPr>
        <w:t>Julie Strebel-Hager, M.D.</w:t>
      </w:r>
    </w:p>
    <w:p w14:paraId="3539435C" w14:textId="77777777" w:rsidR="001A0470" w:rsidRDefault="00D825BF">
      <w:pPr>
        <w:spacing w:after="0"/>
        <w:jc w:val="center"/>
        <w:rPr>
          <w:sz w:val="17"/>
        </w:rPr>
      </w:pPr>
      <w:r>
        <w:rPr>
          <w:sz w:val="17"/>
        </w:rPr>
        <w:t>Amber Medico, APRN</w:t>
      </w:r>
    </w:p>
    <w:p w14:paraId="1EA910C6" w14:textId="77777777" w:rsidR="009A27D0" w:rsidRDefault="009A27D0">
      <w:pPr>
        <w:spacing w:after="0"/>
        <w:jc w:val="center"/>
      </w:pPr>
    </w:p>
    <w:p w14:paraId="16E09DB0" w14:textId="420E3644" w:rsidR="009A27D0" w:rsidRPr="009A27D0" w:rsidRDefault="00D825BF" w:rsidP="009A27D0">
      <w:pPr>
        <w:spacing w:before="20" w:after="60"/>
        <w:jc w:val="center"/>
        <w:rPr>
          <w:b/>
          <w:sz w:val="16"/>
        </w:rPr>
      </w:pPr>
      <w:r>
        <w:rPr>
          <w:b/>
          <w:sz w:val="16"/>
        </w:rPr>
        <w:t>OBSTETRICS • GYNECOLOGY • INFERTILITY • ENDOCRINOLOGY • LASER AND MICRO-SURGERY</w:t>
      </w:r>
    </w:p>
    <w:p w14:paraId="72F8A9D0" w14:textId="190780B3" w:rsidR="001A0470" w:rsidRDefault="00D825BF">
      <w:pPr>
        <w:spacing w:after="140"/>
        <w:jc w:val="center"/>
      </w:pPr>
      <w:r>
        <w:rPr>
          <w:sz w:val="17"/>
        </w:rPr>
        <w:t xml:space="preserve">4200 W. Memorial Road, Suite </w:t>
      </w:r>
      <w:r w:rsidR="009A27D0">
        <w:rPr>
          <w:sz w:val="17"/>
        </w:rPr>
        <w:t>4</w:t>
      </w:r>
      <w:r>
        <w:rPr>
          <w:sz w:val="17"/>
        </w:rPr>
        <w:t xml:space="preserve">01, Oklahoma City, OK </w:t>
      </w:r>
      <w:proofErr w:type="gramStart"/>
      <w:r>
        <w:rPr>
          <w:sz w:val="17"/>
        </w:rPr>
        <w:t>73120  Phone</w:t>
      </w:r>
      <w:proofErr w:type="gramEnd"/>
      <w:r>
        <w:rPr>
          <w:sz w:val="17"/>
        </w:rPr>
        <w:t>: 405-749-</w:t>
      </w:r>
      <w:proofErr w:type="gramStart"/>
      <w:r>
        <w:rPr>
          <w:sz w:val="17"/>
        </w:rPr>
        <w:t>4200  Fax</w:t>
      </w:r>
      <w:proofErr w:type="gramEnd"/>
      <w:r>
        <w:rPr>
          <w:sz w:val="17"/>
        </w:rPr>
        <w:t>: 405-749-4218</w:t>
      </w:r>
    </w:p>
    <w:p w14:paraId="48979410" w14:textId="77777777" w:rsidR="001A0470" w:rsidRDefault="00D825BF">
      <w:pPr>
        <w:spacing w:after="180"/>
        <w:jc w:val="center"/>
      </w:pPr>
      <w:r>
        <w:rPr>
          <w:b/>
          <w:sz w:val="24"/>
          <w:u w:val="single"/>
        </w:rPr>
        <w:t>Authorization to Release Medical Information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20"/>
        <w:gridCol w:w="4320"/>
      </w:tblGrid>
      <w:tr w:rsidR="001A0470" w14:paraId="2B2C6264" w14:textId="77777777">
        <w:trPr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5A6AD" w14:textId="77777777" w:rsidR="009A27D0" w:rsidRDefault="00D825BF">
            <w:pPr>
              <w:spacing w:after="60"/>
            </w:pPr>
            <w:r>
              <w:t xml:space="preserve">Patient Name: </w:t>
            </w:r>
          </w:p>
          <w:p w14:paraId="65DBB9C8" w14:textId="77777777" w:rsidR="009A27D0" w:rsidRDefault="009A27D0">
            <w:pPr>
              <w:spacing w:after="60"/>
            </w:pPr>
          </w:p>
          <w:p w14:paraId="7A17FB42" w14:textId="66C32473" w:rsidR="001A0470" w:rsidRDefault="00D825BF">
            <w:pPr>
              <w:spacing w:after="60"/>
            </w:pPr>
            <w:r>
              <w:t>______________________________________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21A68" w14:textId="77777777" w:rsidR="009A27D0" w:rsidRDefault="00D825BF">
            <w:pPr>
              <w:spacing w:after="60"/>
            </w:pPr>
            <w:r>
              <w:t xml:space="preserve">Date of Birth: </w:t>
            </w:r>
          </w:p>
          <w:p w14:paraId="1AEF2C69" w14:textId="77777777" w:rsidR="009A27D0" w:rsidRDefault="009A27D0">
            <w:pPr>
              <w:spacing w:after="60"/>
            </w:pPr>
          </w:p>
          <w:p w14:paraId="050EFDD4" w14:textId="508BB6C3" w:rsidR="001A0470" w:rsidRDefault="00D825BF">
            <w:pPr>
              <w:spacing w:after="60"/>
            </w:pPr>
            <w:r>
              <w:t>__________________________________</w:t>
            </w:r>
          </w:p>
        </w:tc>
      </w:tr>
      <w:tr w:rsidR="001A0470" w14:paraId="44A3557F" w14:textId="77777777">
        <w:trPr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76EE4" w14:textId="77777777" w:rsidR="001A0470" w:rsidRDefault="00D825BF">
            <w:pPr>
              <w:spacing w:after="60"/>
            </w:pPr>
            <w:r>
              <w:t>I authorize: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6157D" w14:textId="77777777" w:rsidR="001A0470" w:rsidRDefault="001A0470">
            <w:pPr>
              <w:spacing w:after="60"/>
            </w:pPr>
          </w:p>
        </w:tc>
      </w:tr>
    </w:tbl>
    <w:p w14:paraId="4913B0FE" w14:textId="78918C47" w:rsidR="001A0470" w:rsidRDefault="00D825BF">
      <w:pPr>
        <w:spacing w:after="60"/>
      </w:pPr>
      <w:r>
        <w:t>Physician Name: ____________________________</w:t>
      </w:r>
      <w:proofErr w:type="gramStart"/>
      <w:r>
        <w:t>_</w:t>
      </w:r>
      <w:r w:rsidR="009A27D0">
        <w:t xml:space="preserve">  </w:t>
      </w:r>
      <w:r>
        <w:t>Phone</w:t>
      </w:r>
      <w:proofErr w:type="gramEnd"/>
      <w:r>
        <w:t>: _________________</w:t>
      </w:r>
      <w:r>
        <w:t xml:space="preserve">    Fax: ____________________</w:t>
      </w:r>
    </w:p>
    <w:p w14:paraId="1379E189" w14:textId="30AF1951" w:rsidR="001A0470" w:rsidRDefault="00D825BF">
      <w:pPr>
        <w:spacing w:after="80"/>
      </w:pPr>
      <w:r>
        <w:t>Address: ___________________________________</w:t>
      </w:r>
      <w:r>
        <w:t xml:space="preserve">    City: __________________</w:t>
      </w:r>
      <w:r>
        <w:t xml:space="preserve">    State: ________</w:t>
      </w:r>
      <w:proofErr w:type="gramStart"/>
      <w:r>
        <w:t>_</w:t>
      </w:r>
      <w:r>
        <w:t xml:space="preserve">  Zip</w:t>
      </w:r>
      <w:proofErr w:type="gramEnd"/>
      <w:r>
        <w:t>: __________</w:t>
      </w:r>
    </w:p>
    <w:p w14:paraId="45CDEF67" w14:textId="1F6776E7" w:rsidR="001A0470" w:rsidRDefault="00D825BF">
      <w:pPr>
        <w:spacing w:after="100"/>
      </w:pPr>
      <w:r>
        <w:t>To release photocopies of my health information to Dr. Gary F. Strebel</w:t>
      </w:r>
      <w:r w:rsidR="009A27D0">
        <w:t xml:space="preserve"> MD,</w:t>
      </w:r>
      <w:r>
        <w:t xml:space="preserve"> Dr. Julie Strebel</w:t>
      </w:r>
      <w:r w:rsidR="009A27D0">
        <w:t xml:space="preserve"> </w:t>
      </w:r>
      <w:r>
        <w:t>Hager</w:t>
      </w:r>
      <w:r w:rsidR="009A27D0">
        <w:t xml:space="preserve"> MD, </w:t>
      </w:r>
      <w:r>
        <w:t xml:space="preserve">and </w:t>
      </w:r>
      <w:r w:rsidR="009A27D0">
        <w:t xml:space="preserve">Amber Medico, APRN </w:t>
      </w:r>
      <w:r>
        <w:t>regarding the following:</w:t>
      </w:r>
    </w:p>
    <w:p w14:paraId="086629D3" w14:textId="77777777" w:rsidR="001A0470" w:rsidRDefault="00D825BF">
      <w:pPr>
        <w:spacing w:after="80"/>
        <w:ind w:left="216"/>
      </w:pPr>
      <w:r>
        <w:t>☐</w:t>
      </w:r>
      <w:r>
        <w:t xml:space="preserve">  Entire Medical Record concerning this patient.</w:t>
      </w:r>
    </w:p>
    <w:p w14:paraId="525F2A3D" w14:textId="77777777" w:rsidR="001A0470" w:rsidRDefault="00D825BF">
      <w:pPr>
        <w:spacing w:after="80"/>
        <w:ind w:left="216"/>
      </w:pPr>
      <w:r>
        <w:t>☐</w:t>
      </w:r>
      <w:r>
        <w:t xml:space="preserve">  Medical record concerning this patient for the following date(s) of service: ______________________________________________</w:t>
      </w:r>
    </w:p>
    <w:p w14:paraId="27E454E8" w14:textId="77777777" w:rsidR="001A0470" w:rsidRDefault="00D825BF">
      <w:pPr>
        <w:spacing w:after="80"/>
        <w:ind w:left="216"/>
      </w:pPr>
      <w:r>
        <w:t>☐</w:t>
      </w:r>
      <w:r>
        <w:t xml:space="preserve">  Other (i.e. specific records): ________________________________________________________________________________________</w:t>
      </w:r>
    </w:p>
    <w:p w14:paraId="0602BD34" w14:textId="77777777" w:rsidR="009A27D0" w:rsidRDefault="00D825BF">
      <w:pPr>
        <w:spacing w:before="40" w:after="180"/>
      </w:pPr>
      <w:r>
        <w:t xml:space="preserve">For the following Purpose: </w:t>
      </w:r>
    </w:p>
    <w:p w14:paraId="7D9A0D96" w14:textId="4FE1017B" w:rsidR="001A0470" w:rsidRDefault="00D825BF">
      <w:pPr>
        <w:spacing w:before="40" w:after="180"/>
      </w:pPr>
      <w:r>
        <w:t>__________________________________________________________________________________________</w:t>
      </w:r>
    </w:p>
    <w:p w14:paraId="1A08345F" w14:textId="77777777" w:rsidR="001A0470" w:rsidRDefault="00D825BF">
      <w:r>
        <w:rPr>
          <w:b/>
          <w:sz w:val="20"/>
        </w:rPr>
        <w:t>I understand the following:</w:t>
      </w:r>
    </w:p>
    <w:p w14:paraId="47CDE42C" w14:textId="064476F4" w:rsidR="001A0470" w:rsidRDefault="00D825BF">
      <w:pPr>
        <w:spacing w:after="80"/>
        <w:ind w:left="259" w:hanging="216"/>
      </w:pPr>
      <w:r>
        <w:t xml:space="preserve">• </w:t>
      </w:r>
      <w:r>
        <w:t xml:space="preserve">Protected health information is health information that identifies me. The purpose of this authorization is to allow </w:t>
      </w:r>
      <w:r w:rsidR="009A27D0">
        <w:t xml:space="preserve">Funnell &amp; Strebel </w:t>
      </w:r>
      <w:r>
        <w:t>Inc. to receive my protected health information as set forth above.</w:t>
      </w:r>
    </w:p>
    <w:p w14:paraId="40B746A6" w14:textId="77777777" w:rsidR="001A0470" w:rsidRDefault="00D825BF">
      <w:pPr>
        <w:spacing w:after="80"/>
        <w:ind w:left="259" w:hanging="216"/>
      </w:pPr>
      <w:r>
        <w:t xml:space="preserve">• </w:t>
      </w:r>
      <w:r>
        <w:t>I understand that this authorization is voluntary and that I have the right to refuse to sign this authorization. If I refuse, my protected health information will not be used or disclosed except as otherwise permitted by law. If I refuse to sign this authorization, I will still be eligible to receive medical services from Drs. Funnell, Strebel, and Hager Inc.</w:t>
      </w:r>
    </w:p>
    <w:p w14:paraId="521E1FE7" w14:textId="77777777" w:rsidR="001A0470" w:rsidRDefault="00D825BF">
      <w:pPr>
        <w:spacing w:after="80"/>
        <w:ind w:left="259" w:hanging="216"/>
      </w:pPr>
      <w:r>
        <w:t xml:space="preserve">• </w:t>
      </w:r>
      <w:r>
        <w:t>I have the right to revoke this authorization at any time by sending a letter which gives my name, the date I signed this authorization, and states that I revoke the authorization to use my personal health information. The letter will not affect any actions taken in reliance of my previous authorization.</w:t>
      </w:r>
    </w:p>
    <w:p w14:paraId="68BAB356" w14:textId="77777777" w:rsidR="001A0470" w:rsidRDefault="00D825BF">
      <w:pPr>
        <w:spacing w:after="80"/>
        <w:ind w:left="259" w:hanging="216"/>
      </w:pPr>
      <w:r>
        <w:t>• This authorization may result in the Doctor listed above to disclose my medical information to a recipient who could possibly later use or disclose the information without my authorization.</w:t>
      </w:r>
    </w:p>
    <w:p w14:paraId="5D7EE2F3" w14:textId="77777777" w:rsidR="001A0470" w:rsidRDefault="00D825BF">
      <w:pPr>
        <w:spacing w:after="80"/>
        <w:ind w:left="259" w:hanging="216"/>
      </w:pPr>
      <w:r>
        <w:t xml:space="preserve">• </w:t>
      </w:r>
      <w:r>
        <w:t>Protected health information authorized for release may include records that indicate the presence of or regarding treatment of HIV/AIDS, sexually transmitted disease, and drug and/or alcohol abuse.</w:t>
      </w:r>
    </w:p>
    <w:p w14:paraId="67D57604" w14:textId="77777777" w:rsidR="001A0470" w:rsidRDefault="001A0470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1A0470" w14:paraId="25B172DF" w14:textId="77777777">
        <w:trPr>
          <w:jc w:val="center"/>
        </w:trPr>
        <w:tc>
          <w:tcPr>
            <w:tcW w:w="5184" w:type="dxa"/>
            <w:tcBorders>
              <w:top w:val="nil"/>
              <w:left w:val="nil"/>
              <w:bottom w:val="nil"/>
              <w:right w:val="nil"/>
            </w:tcBorders>
          </w:tcPr>
          <w:p w14:paraId="031D6D52" w14:textId="77777777" w:rsidR="001A0470" w:rsidRDefault="00D825BF">
            <w:pPr>
              <w:spacing w:after="40"/>
            </w:pPr>
            <w:r>
              <w:rPr>
                <w:sz w:val="18"/>
              </w:rPr>
              <w:t>____________________________________________</w:t>
            </w:r>
          </w:p>
        </w:tc>
        <w:tc>
          <w:tcPr>
            <w:tcW w:w="5184" w:type="dxa"/>
            <w:tcBorders>
              <w:top w:val="nil"/>
              <w:left w:val="nil"/>
              <w:bottom w:val="nil"/>
              <w:right w:val="nil"/>
            </w:tcBorders>
          </w:tcPr>
          <w:p w14:paraId="1AF78B8D" w14:textId="77777777" w:rsidR="001A0470" w:rsidRDefault="00D825BF">
            <w:pPr>
              <w:spacing w:after="40"/>
            </w:pPr>
            <w:r>
              <w:rPr>
                <w:sz w:val="18"/>
              </w:rPr>
              <w:t>_______________________________</w:t>
            </w:r>
          </w:p>
        </w:tc>
      </w:tr>
      <w:tr w:rsidR="001A0470" w14:paraId="170406E2" w14:textId="77777777">
        <w:trPr>
          <w:jc w:val="center"/>
        </w:trPr>
        <w:tc>
          <w:tcPr>
            <w:tcW w:w="5184" w:type="dxa"/>
            <w:tcBorders>
              <w:top w:val="nil"/>
              <w:left w:val="nil"/>
              <w:bottom w:val="nil"/>
              <w:right w:val="nil"/>
            </w:tcBorders>
          </w:tcPr>
          <w:p w14:paraId="4B135FE9" w14:textId="77777777" w:rsidR="001A0470" w:rsidRDefault="00D825BF">
            <w:pPr>
              <w:spacing w:after="40"/>
              <w:rPr>
                <w:sz w:val="18"/>
              </w:rPr>
            </w:pPr>
            <w:r>
              <w:rPr>
                <w:sz w:val="18"/>
              </w:rPr>
              <w:t>Printed name of Patient or Legal Guardian</w:t>
            </w:r>
          </w:p>
          <w:p w14:paraId="2390ACE8" w14:textId="77777777" w:rsidR="009A27D0" w:rsidRDefault="009A27D0">
            <w:pPr>
              <w:spacing w:after="40"/>
            </w:pPr>
          </w:p>
        </w:tc>
        <w:tc>
          <w:tcPr>
            <w:tcW w:w="5184" w:type="dxa"/>
            <w:tcBorders>
              <w:top w:val="nil"/>
              <w:left w:val="nil"/>
              <w:bottom w:val="nil"/>
              <w:right w:val="nil"/>
            </w:tcBorders>
          </w:tcPr>
          <w:p w14:paraId="0045F63C" w14:textId="77777777" w:rsidR="001A0470" w:rsidRDefault="00D825BF">
            <w:pPr>
              <w:spacing w:after="40"/>
            </w:pPr>
            <w:r>
              <w:rPr>
                <w:sz w:val="18"/>
              </w:rPr>
              <w:t>Date</w:t>
            </w:r>
          </w:p>
        </w:tc>
      </w:tr>
      <w:tr w:rsidR="001A0470" w14:paraId="64A65075" w14:textId="77777777">
        <w:trPr>
          <w:jc w:val="center"/>
        </w:trPr>
        <w:tc>
          <w:tcPr>
            <w:tcW w:w="5184" w:type="dxa"/>
            <w:tcBorders>
              <w:top w:val="nil"/>
              <w:left w:val="nil"/>
              <w:bottom w:val="nil"/>
              <w:right w:val="nil"/>
            </w:tcBorders>
          </w:tcPr>
          <w:p w14:paraId="1088D097" w14:textId="77777777" w:rsidR="001A0470" w:rsidRDefault="00D825BF">
            <w:pPr>
              <w:spacing w:after="40"/>
            </w:pPr>
            <w:r>
              <w:rPr>
                <w:sz w:val="18"/>
              </w:rPr>
              <w:t>____________________________________________</w:t>
            </w:r>
          </w:p>
        </w:tc>
        <w:tc>
          <w:tcPr>
            <w:tcW w:w="5184" w:type="dxa"/>
            <w:tcBorders>
              <w:top w:val="nil"/>
              <w:left w:val="nil"/>
              <w:bottom w:val="nil"/>
              <w:right w:val="nil"/>
            </w:tcBorders>
          </w:tcPr>
          <w:p w14:paraId="6BB6F372" w14:textId="77777777" w:rsidR="001A0470" w:rsidRDefault="001A0470">
            <w:pPr>
              <w:spacing w:after="40"/>
            </w:pPr>
          </w:p>
        </w:tc>
      </w:tr>
      <w:tr w:rsidR="001A0470" w14:paraId="68764042" w14:textId="77777777">
        <w:trPr>
          <w:jc w:val="center"/>
        </w:trPr>
        <w:tc>
          <w:tcPr>
            <w:tcW w:w="5184" w:type="dxa"/>
            <w:tcBorders>
              <w:top w:val="nil"/>
              <w:left w:val="nil"/>
              <w:bottom w:val="nil"/>
              <w:right w:val="nil"/>
            </w:tcBorders>
          </w:tcPr>
          <w:p w14:paraId="5B698812" w14:textId="77777777" w:rsidR="001A0470" w:rsidRDefault="00D825BF">
            <w:pPr>
              <w:spacing w:after="40"/>
            </w:pPr>
            <w:r>
              <w:rPr>
                <w:sz w:val="18"/>
              </w:rPr>
              <w:t>Signature of Patient or Patient's Legal Guardian</w:t>
            </w:r>
          </w:p>
        </w:tc>
        <w:tc>
          <w:tcPr>
            <w:tcW w:w="5184" w:type="dxa"/>
            <w:tcBorders>
              <w:top w:val="nil"/>
              <w:left w:val="nil"/>
              <w:bottom w:val="nil"/>
              <w:right w:val="nil"/>
            </w:tcBorders>
          </w:tcPr>
          <w:p w14:paraId="7A960622" w14:textId="77777777" w:rsidR="001A0470" w:rsidRDefault="001A0470">
            <w:pPr>
              <w:spacing w:after="40"/>
            </w:pPr>
          </w:p>
        </w:tc>
      </w:tr>
    </w:tbl>
    <w:p w14:paraId="1B8C1233" w14:textId="77777777" w:rsidR="00D825BF" w:rsidRDefault="00D825BF"/>
    <w:sectPr w:rsidR="00D825BF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90978153">
    <w:abstractNumId w:val="8"/>
  </w:num>
  <w:num w:numId="2" w16cid:durableId="553154621">
    <w:abstractNumId w:val="6"/>
  </w:num>
  <w:num w:numId="3" w16cid:durableId="2070809268">
    <w:abstractNumId w:val="5"/>
  </w:num>
  <w:num w:numId="4" w16cid:durableId="168060145">
    <w:abstractNumId w:val="4"/>
  </w:num>
  <w:num w:numId="5" w16cid:durableId="1099721424">
    <w:abstractNumId w:val="7"/>
  </w:num>
  <w:num w:numId="6" w16cid:durableId="1348364630">
    <w:abstractNumId w:val="3"/>
  </w:num>
  <w:num w:numId="7" w16cid:durableId="1088310131">
    <w:abstractNumId w:val="2"/>
  </w:num>
  <w:num w:numId="8" w16cid:durableId="1818448217">
    <w:abstractNumId w:val="1"/>
  </w:num>
  <w:num w:numId="9" w16cid:durableId="1722173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DEAF6557-D319-4A27-BE6B-65331ECA62AE}"/>
    <w:docVar w:name="dgnword-eventsink" w:val="2591723531184"/>
  </w:docVars>
  <w:rsids>
    <w:rsidRoot w:val="00B47730"/>
    <w:rsid w:val="00034616"/>
    <w:rsid w:val="0006063C"/>
    <w:rsid w:val="0015074B"/>
    <w:rsid w:val="001A0470"/>
    <w:rsid w:val="0029639D"/>
    <w:rsid w:val="00326F90"/>
    <w:rsid w:val="009A27D0"/>
    <w:rsid w:val="00AA1D8D"/>
    <w:rsid w:val="00B47730"/>
    <w:rsid w:val="00BF7D49"/>
    <w:rsid w:val="00CB0664"/>
    <w:rsid w:val="00D825B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B2C5BE"/>
  <w14:defaultImageDpi w14:val="300"/>
  <w15:docId w15:val="{6D14AE0A-4092-4230-A64A-2B6513575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Karen Carpenter</cp:lastModifiedBy>
  <cp:revision>2</cp:revision>
  <dcterms:created xsi:type="dcterms:W3CDTF">2026-09-21T22:10:00Z</dcterms:created>
  <dcterms:modified xsi:type="dcterms:W3CDTF">2026-09-21T22:10:00Z</dcterms:modified>
  <cp:category/>
</cp:coreProperties>
</file>